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עיוני – חלופות עבריות, משלבי לשון וניבים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לועזיות ואת החלופות העבריות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משלב לשון: גבוה, תקני או דיבורי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משמעות של ניבים נפוצים ולהשתמש בהם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חלופות עבריות למילים לועזיות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מקרר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מרשתת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מזגן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מילה לועזית לחלופה העברית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(מזגן)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(דואר אלקטרוני)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(מקרר)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(מרשתת)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(מחשב)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 - משלבי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מילה רשמית ומכובדת, אינה שגורה בדיבור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ביטוי מהמשלב הדיבורי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מילה רגילה ונכונה, מתאימה לכתיבה ספרותית ולדיבור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זוהי מילה מהמשלב הדיבורי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המשלב הדיבורי הוא שפה פשוטה של שיחה יומיומית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נאום רשמי דורש שפה מכובדת ומדויקת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הניב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להתעצבן מאוד ולאבד שליטה על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משלב גבוה - שפה רשמית ומכובדת, למשל 'אכן'. משלב דיבורי - שפה פשוטה של שיחה, למשל 'סבבה'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שהתלמיד כתב שני משפטים בעלי אותו תוכן אך בשתי רמות לשון שונות, עם מילים מתאימות לכל משלב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כגון מחשב/קומפיוטר או מקרר/פריג'ידר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שמשתמש בניב בהקשר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שמראה הבנה שמשלב תקני הוא שפה רגילה ונכונה ומשלב דיבורי הוא שפה יומיומית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בדוגמאות מהחיים לכל משלב לשון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לנחש משמעות ניב מההקשר לפני בדיקה במילון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לבקש מכמה תלמידים להקריא את המשפטים שכתבו כדי להשוות משלבים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עיוני – חלופות עבריות, משלבי לשון וניבים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נלמד: מילים לועזיות ואיך אומרים אותן בעברית, הבדל בין שפה גבוהה לשפה פשוטה, ומה זה ניב.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לועזית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שהגיעה מעברית משפה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חלופה עברית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בעברית במקום מילה לועזית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 לשון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מדברים או כותבים - גבוה, רגיל או פשוט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 גבוה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רשמית ומכובדת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 תקני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רגילה ונכונה, כמו בספרים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 דיבורי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פשוטה כמו בשיחה יומיומית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מילים שהמשמעות שלו שונה מהמילים עצמן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המשפטים שסביב מילה, שעוזרים להבין אותה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חלופות עבריות למילים לועזיות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אומרים 'פריג'ידר'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אומרים 'קומפיוטר'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אומרים 'אינטרנט'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מרשתת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דואר אלקטרוני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אומרים הודעת SMS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מרשתת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אומרים 'קונדישן'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כריך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מילה לועזית לחלופה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סנדוויץ'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מקרר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קונדישן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דואר אלקטרוני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אימייל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מחשב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פריג'ידר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מרשתת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אינטרנט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קומפיוטר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מזגן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 - משלבי 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'אכן' שייכת למשלב הגבוה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הביטוי 'מה נשמע' שייך למשלב הגבוה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'מאוד' שייכת למשלב התקני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'אחלה' שייכת למשלב התקני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במשלב הדיבורי משתמשים בשפה פורמלית ומסורתית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משלב גבוה מתאים לכתיבת נאום רשמי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הניב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לשבור את ה__________ (לחשוב הרבה כדי לפתור בעיה)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לשים __________ על הלב (להתייחס ברצינות לדברים)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לצאת מן ה__________ (להתעצבן מאוד)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לרדת לפרטי ה__________ (להסביר דברים לעומק)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לשבת על ה__________ (לא להחליט כלום)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לפתוח __________ חדש (להתחיל מחדש)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הבנה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פירוש הניב 'לצאת מן הכלים'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 ההבדל בין משלב גבוה למשלב דיבורי, ותנו דוגמה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יום בבית הספר במשלב גבוה, ואותו משפט שוב במשלב דיבורי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למילה לועזית ולחלופה העברית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הכולל ניב אחד שלמדנו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משלב תקני למשלב דיבורי?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עיוני – חלופות עבריות, משלבי לשון וניבים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