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עיוני – חלופות עבריות, משלבי לשון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לועזיות ואת החלופות העבריות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משלב לשון: גבוה, תקני או 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נפוצים ולהשתמש בהם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חלופות עבריות למילים לועזיות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מרשתת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מזגן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לועזית לחלופה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(מזגן)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(דואר אלקטרוני)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(מרשתת)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(מחשב)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משלבי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מילה רשמית ומכובדת, אינה שגורה בדיבור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ביטוי מהמשלב הדיבורי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מילה רגילה ונכונה, מתאימה לכתיבה ספרותית ולדיבור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זוהי מילה מהמשלב הדיבורי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המשלב הדיבורי הוא שפה פשוטה של שיחה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נאום רשמי דורש שפה מכובדת ומדויקת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להתעצבן מאוד ולאבד שליטה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משלב גבוה - שפה רשמית ומכובדת, למשל 'אכן'. משלב דיבורי - שפה פשוטה של שיחה, למשל 'סבבה'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שהתלמיד כתב שני משפטים בעלי אותו תוכן אך בשתי רמות לשון שונות, עם מילים מתאימות לכל משלב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כגון מחשב/קומפיוטר או מקרר/פריג'ידר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שמשתמש בניב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שמראה הבנה שמשלב תקני הוא שפה רגילה ונכונה ומשלב דיבורי הוא שפה יומיומית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מהחיים לכל משלב לשון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משמעות ניב מההקשר לפני בדיקה במילון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מכמה תלמידים להקריא את המשפטים שכתבו כדי להשוות משלבים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עיוני – חלופות עבריות, משלבי לשון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שלושה נושאים מתוך מרכזון אוצר המילים: מילים לועזיות וחלופותיהן העבריות, הבחנה בין משלבי לשון שונים, והבנת ניבים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חלופות עבריות למילים לועזיות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החלופה העברית למילה 'פריג'ידר'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החלופה העברית למילה 'קומפיוטר'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החלופה העברית למילה 'אינטרנט'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מרשתת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החלופה העברית למילה 'SMS'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מרשתת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החלופה העברית למילה 'קונדישן' (למיזוג אוויר)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לועזית לחלופה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סנדוויץ'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קונדישן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אימייל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פריג'ידר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דואר אלקטרוני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קומפיוטר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מרשתת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 - משלבי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'אכן' שייכת למשלב הגבוה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'מה נשמע' שייך למשלב הגבוה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'מאוד' שייכת למשלב התקני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'אחלה' שייכת למשלב התקני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במשלב הדיבורי משתמשים בשפה פורמלית ומסורתית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גבוה מתאים לכתיבת נאום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לשבור את ה__________ (לחשוב הרבה כדי לפתור בעיה)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לשים __________ על הלב (להתייחס ברצינות לדברים)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לצאת מן ה__________ (להתעצבן מאוד)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לרדת לפרטי ה__________ (להסביר דברים לעומק)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לשבת על ה__________ (לא להחליט כלום)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לפתוח __________ חדש (להתחיל מחדש)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פירוש הניב 'לצאת מן הכלים'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משלב גבוה למשלב דיבורי,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יום בבית הספר במשלב גבוה, ואותו משפט שוב במשלב דיבורי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לועזית ולחלופה העברית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הכולל ניב אחד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משלב תקני למשלב דיבורי?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עיוני – חלופות עבריות, משלבי לשון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